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07A90" w14:textId="77777777" w:rsidR="00F22C0F" w:rsidRPr="00F76208" w:rsidRDefault="00395F53" w:rsidP="00AD34E8">
      <w:pPr>
        <w:pStyle w:val="Titre2"/>
        <w:spacing w:before="0" w:line="360" w:lineRule="auto"/>
      </w:pPr>
      <w:r w:rsidRPr="00F76208">
        <w:rPr>
          <w:color w:val="C9A227"/>
        </w:rPr>
        <w:t>1. ÉTAT CIVIL</w:t>
      </w:r>
    </w:p>
    <w:p w14:paraId="51DA9152" w14:textId="77777777" w:rsidR="00F22C0F" w:rsidRPr="00F76208" w:rsidRDefault="00395F53" w:rsidP="00775EA8">
      <w:pPr>
        <w:spacing w:after="0" w:line="360" w:lineRule="auto"/>
        <w:ind w:left="720"/>
      </w:pPr>
      <w:r w:rsidRPr="00F76208">
        <w:rPr>
          <w:color w:val="224638"/>
        </w:rPr>
        <w:t>Nom : ________________________________________________</w:t>
      </w:r>
      <w:r w:rsidR="00F76208" w:rsidRPr="00F76208">
        <w:rPr>
          <w:color w:val="224638"/>
        </w:rPr>
        <w:t>____</w:t>
      </w:r>
    </w:p>
    <w:p w14:paraId="4905DAAB" w14:textId="77777777" w:rsidR="00F22C0F" w:rsidRPr="00F76208" w:rsidRDefault="00395F53" w:rsidP="00775EA8">
      <w:pPr>
        <w:spacing w:after="0" w:line="360" w:lineRule="auto"/>
        <w:ind w:left="720"/>
      </w:pPr>
      <w:r w:rsidRPr="00F76208">
        <w:rPr>
          <w:color w:val="224638"/>
        </w:rPr>
        <w:t>Prénom : _____________________________________________</w:t>
      </w:r>
      <w:r w:rsidR="00F76208" w:rsidRPr="00F76208">
        <w:rPr>
          <w:color w:val="224638"/>
        </w:rPr>
        <w:t>____</w:t>
      </w:r>
    </w:p>
    <w:p w14:paraId="00A2B0D6" w14:textId="77777777" w:rsidR="00F22C0F" w:rsidRPr="00F76208" w:rsidRDefault="00395F53" w:rsidP="00775EA8">
      <w:pPr>
        <w:spacing w:after="0" w:line="360" w:lineRule="auto"/>
        <w:ind w:left="720"/>
      </w:pPr>
      <w:r w:rsidRPr="00F76208">
        <w:rPr>
          <w:color w:val="224638"/>
        </w:rPr>
        <w:t>Date de naissance : ____ / ____ / ______</w:t>
      </w:r>
    </w:p>
    <w:p w14:paraId="7C66A5A1" w14:textId="77777777" w:rsidR="00F22C0F" w:rsidRPr="00F76208" w:rsidRDefault="00395F53" w:rsidP="00775EA8">
      <w:pPr>
        <w:spacing w:after="0" w:line="360" w:lineRule="auto"/>
        <w:ind w:left="720"/>
      </w:pPr>
      <w:r w:rsidRPr="00F76208">
        <w:rPr>
          <w:color w:val="224638"/>
        </w:rPr>
        <w:t>Lieu de naissance : _____</w:t>
      </w:r>
      <w:r w:rsidR="00F76208" w:rsidRPr="00F76208">
        <w:rPr>
          <w:color w:val="224638"/>
        </w:rPr>
        <w:t>___________________________________</w:t>
      </w:r>
    </w:p>
    <w:p w14:paraId="08ED11EC" w14:textId="77777777" w:rsidR="00F22C0F" w:rsidRPr="00F76208" w:rsidRDefault="00395F53" w:rsidP="00775EA8">
      <w:pPr>
        <w:spacing w:after="0" w:line="360" w:lineRule="auto"/>
        <w:ind w:left="720"/>
        <w:rPr>
          <w:color w:val="224638"/>
        </w:rPr>
      </w:pPr>
      <w:r w:rsidRPr="00F76208">
        <w:rPr>
          <w:color w:val="224638"/>
        </w:rPr>
        <w:t>Nationalité : ___________</w:t>
      </w:r>
      <w:r w:rsidR="00F76208" w:rsidRPr="00F76208">
        <w:rPr>
          <w:color w:val="224638"/>
        </w:rPr>
        <w:t>_____________________________________</w:t>
      </w:r>
    </w:p>
    <w:p w14:paraId="09D53021" w14:textId="77777777" w:rsidR="00F76208" w:rsidRPr="00F76208" w:rsidRDefault="00F76208" w:rsidP="00AD34E8">
      <w:pPr>
        <w:spacing w:after="0" w:line="360" w:lineRule="auto"/>
      </w:pPr>
    </w:p>
    <w:p w14:paraId="52A4079A" w14:textId="77777777" w:rsidR="00F22C0F" w:rsidRPr="00F76208" w:rsidRDefault="00395F53" w:rsidP="00AD34E8">
      <w:pPr>
        <w:pStyle w:val="Titre2"/>
        <w:spacing w:before="0" w:line="360" w:lineRule="auto"/>
      </w:pPr>
      <w:r w:rsidRPr="00F76208">
        <w:rPr>
          <w:color w:val="C9A227"/>
        </w:rPr>
        <w:t>2. COORDONNÉES</w:t>
      </w:r>
    </w:p>
    <w:p w14:paraId="79C47FD3" w14:textId="77777777" w:rsidR="00F22C0F" w:rsidRPr="00F76208" w:rsidRDefault="00395F53" w:rsidP="00775EA8">
      <w:pPr>
        <w:spacing w:after="0" w:line="360" w:lineRule="auto"/>
        <w:ind w:left="720"/>
      </w:pPr>
      <w:r w:rsidRPr="00F76208">
        <w:rPr>
          <w:color w:val="224638"/>
        </w:rPr>
        <w:t>Adresse : ______________________________________________</w:t>
      </w:r>
      <w:r w:rsidR="00F76208" w:rsidRPr="00F76208">
        <w:rPr>
          <w:color w:val="224638"/>
        </w:rPr>
        <w:t>______</w:t>
      </w:r>
    </w:p>
    <w:p w14:paraId="0268BC8A" w14:textId="77777777" w:rsidR="00F22C0F" w:rsidRPr="00F76208" w:rsidRDefault="00395F53" w:rsidP="00775EA8">
      <w:pPr>
        <w:spacing w:after="0" w:line="360" w:lineRule="auto"/>
        <w:ind w:left="720"/>
      </w:pPr>
      <w:r w:rsidRPr="00F76208">
        <w:rPr>
          <w:color w:val="224638"/>
        </w:rPr>
        <w:t>_________________________________________________________</w:t>
      </w:r>
      <w:r w:rsidR="00F76208" w:rsidRPr="00F76208">
        <w:rPr>
          <w:color w:val="224638"/>
        </w:rPr>
        <w:t>______</w:t>
      </w:r>
    </w:p>
    <w:p w14:paraId="0715A96B" w14:textId="77777777" w:rsidR="00F22C0F" w:rsidRPr="00F76208" w:rsidRDefault="00395F53" w:rsidP="00775EA8">
      <w:pPr>
        <w:spacing w:after="0" w:line="360" w:lineRule="auto"/>
        <w:ind w:left="720"/>
      </w:pPr>
      <w:r w:rsidRPr="00F76208">
        <w:rPr>
          <w:color w:val="224638"/>
        </w:rPr>
        <w:t>Code postal : __________   Ville : ________________________</w:t>
      </w:r>
      <w:r w:rsidR="00F76208" w:rsidRPr="00F76208">
        <w:rPr>
          <w:color w:val="224638"/>
        </w:rPr>
        <w:t>______</w:t>
      </w:r>
    </w:p>
    <w:p w14:paraId="65111296" w14:textId="77777777" w:rsidR="00F22C0F" w:rsidRPr="00F76208" w:rsidRDefault="00395F53" w:rsidP="00775EA8">
      <w:pPr>
        <w:spacing w:after="0" w:line="360" w:lineRule="auto"/>
        <w:ind w:left="720"/>
      </w:pPr>
      <w:r w:rsidRPr="00F76208">
        <w:rPr>
          <w:color w:val="224638"/>
        </w:rPr>
        <w:t>Téléphone : ____________________________________________</w:t>
      </w:r>
      <w:r w:rsidR="00F76208" w:rsidRPr="00F76208">
        <w:rPr>
          <w:color w:val="224638"/>
        </w:rPr>
        <w:t>______</w:t>
      </w:r>
    </w:p>
    <w:p w14:paraId="5B02F579" w14:textId="77777777" w:rsidR="00F22C0F" w:rsidRPr="00F76208" w:rsidRDefault="00395F53" w:rsidP="00775EA8">
      <w:pPr>
        <w:spacing w:after="0" w:line="360" w:lineRule="auto"/>
        <w:ind w:left="720"/>
        <w:rPr>
          <w:color w:val="224638"/>
        </w:rPr>
      </w:pPr>
      <w:r w:rsidRPr="00F76208">
        <w:rPr>
          <w:color w:val="224638"/>
        </w:rPr>
        <w:t>Email : ________________________________________________</w:t>
      </w:r>
      <w:r w:rsidR="00F76208" w:rsidRPr="00F76208">
        <w:rPr>
          <w:color w:val="224638"/>
        </w:rPr>
        <w:t>_______</w:t>
      </w:r>
    </w:p>
    <w:p w14:paraId="1B901094" w14:textId="77777777" w:rsidR="00F76208" w:rsidRPr="00F76208" w:rsidRDefault="00F76208" w:rsidP="00AD34E8">
      <w:pPr>
        <w:spacing w:after="0" w:line="360" w:lineRule="auto"/>
      </w:pPr>
    </w:p>
    <w:p w14:paraId="00D8CDA5" w14:textId="77777777" w:rsidR="00F22C0F" w:rsidRPr="00F76208" w:rsidRDefault="00395F53" w:rsidP="00AD34E8">
      <w:pPr>
        <w:pStyle w:val="Titre2"/>
        <w:spacing w:before="0" w:line="360" w:lineRule="auto"/>
      </w:pPr>
      <w:r w:rsidRPr="00F76208">
        <w:rPr>
          <w:color w:val="C9A227"/>
        </w:rPr>
        <w:t>3. SITUATION PROFESSIONNELLE</w:t>
      </w:r>
    </w:p>
    <w:p w14:paraId="1855D82F" w14:textId="77777777" w:rsidR="00F22C0F" w:rsidRPr="00F76208" w:rsidRDefault="00395F53" w:rsidP="00AD34E8">
      <w:pPr>
        <w:spacing w:after="0" w:line="360" w:lineRule="auto"/>
      </w:pPr>
      <w:r w:rsidRPr="00F76208">
        <w:rPr>
          <w:color w:val="224638"/>
        </w:rPr>
        <w:t xml:space="preserve">☐ </w:t>
      </w:r>
      <w:r w:rsidR="00775EA8">
        <w:rPr>
          <w:color w:val="224638"/>
        </w:rPr>
        <w:t xml:space="preserve"> </w:t>
      </w:r>
      <w:r w:rsidRPr="00F76208">
        <w:rPr>
          <w:color w:val="224638"/>
        </w:rPr>
        <w:t xml:space="preserve">Salarié(e)   ☐ </w:t>
      </w:r>
      <w:r w:rsidR="00775EA8">
        <w:rPr>
          <w:color w:val="224638"/>
        </w:rPr>
        <w:t xml:space="preserve"> </w:t>
      </w:r>
      <w:r w:rsidRPr="00F76208">
        <w:rPr>
          <w:color w:val="224638"/>
        </w:rPr>
        <w:t xml:space="preserve">Indépendant(e)   ☐ </w:t>
      </w:r>
      <w:r w:rsidR="00775EA8">
        <w:rPr>
          <w:color w:val="224638"/>
        </w:rPr>
        <w:t xml:space="preserve"> </w:t>
      </w:r>
      <w:r w:rsidRPr="00F76208">
        <w:rPr>
          <w:color w:val="224638"/>
        </w:rPr>
        <w:t xml:space="preserve">Reconversion   ☐ </w:t>
      </w:r>
      <w:r w:rsidR="00775EA8">
        <w:rPr>
          <w:color w:val="224638"/>
        </w:rPr>
        <w:t xml:space="preserve"> </w:t>
      </w:r>
      <w:r w:rsidRPr="00F76208">
        <w:rPr>
          <w:color w:val="224638"/>
        </w:rPr>
        <w:t xml:space="preserve">Demandeur d’emploi   ☐ </w:t>
      </w:r>
      <w:r w:rsidR="00775EA8">
        <w:rPr>
          <w:color w:val="224638"/>
        </w:rPr>
        <w:t xml:space="preserve"> </w:t>
      </w:r>
      <w:r w:rsidRPr="00F76208">
        <w:rPr>
          <w:color w:val="224638"/>
        </w:rPr>
        <w:t>Étudiant(e)</w:t>
      </w:r>
    </w:p>
    <w:p w14:paraId="3053411E" w14:textId="77777777" w:rsidR="00F22C0F" w:rsidRPr="00F76208" w:rsidRDefault="00395F53" w:rsidP="00AD34E8">
      <w:pPr>
        <w:spacing w:after="0" w:line="360" w:lineRule="auto"/>
        <w:rPr>
          <w:color w:val="224638"/>
        </w:rPr>
      </w:pPr>
      <w:r w:rsidRPr="00F76208">
        <w:rPr>
          <w:color w:val="224638"/>
        </w:rPr>
        <w:t>Profession</w:t>
      </w:r>
      <w:r w:rsidR="00F76208">
        <w:rPr>
          <w:color w:val="224638"/>
        </w:rPr>
        <w:t>(s)</w:t>
      </w:r>
      <w:r w:rsidRPr="00F76208">
        <w:rPr>
          <w:color w:val="224638"/>
        </w:rPr>
        <w:t xml:space="preserve"> actuelle</w:t>
      </w:r>
      <w:r w:rsidR="00F76208">
        <w:rPr>
          <w:color w:val="224638"/>
        </w:rPr>
        <w:t>(s)</w:t>
      </w:r>
      <w:r w:rsidRPr="00F76208">
        <w:rPr>
          <w:color w:val="224638"/>
        </w:rPr>
        <w:t xml:space="preserve"> : ____________________________________</w:t>
      </w:r>
      <w:r w:rsidR="00F76208">
        <w:rPr>
          <w:color w:val="224638"/>
        </w:rPr>
        <w:t>_________________________</w:t>
      </w:r>
      <w:r w:rsidR="00775EA8">
        <w:rPr>
          <w:color w:val="224638"/>
        </w:rPr>
        <w:t>______________</w:t>
      </w:r>
    </w:p>
    <w:p w14:paraId="04F5EA2A" w14:textId="77777777" w:rsidR="00F76208" w:rsidRPr="00F76208" w:rsidRDefault="00F76208" w:rsidP="00AD34E8">
      <w:pPr>
        <w:spacing w:after="0" w:line="360" w:lineRule="auto"/>
      </w:pPr>
    </w:p>
    <w:p w14:paraId="69250950" w14:textId="77777777" w:rsidR="00F22C0F" w:rsidRPr="00F76208" w:rsidRDefault="00395F53" w:rsidP="00AD34E8">
      <w:pPr>
        <w:pStyle w:val="Titre2"/>
        <w:spacing w:before="0" w:line="360" w:lineRule="auto"/>
      </w:pPr>
      <w:r w:rsidRPr="00F76208">
        <w:rPr>
          <w:color w:val="C9A227"/>
        </w:rPr>
        <w:t>4. PARCOURS ET EXPÉRIENCE</w:t>
      </w:r>
      <w:r w:rsidR="00775EA8">
        <w:rPr>
          <w:color w:val="C9A227"/>
        </w:rPr>
        <w:t>S</w:t>
      </w:r>
    </w:p>
    <w:p w14:paraId="4CE31F29" w14:textId="77777777" w:rsidR="00F22C0F" w:rsidRDefault="00AD34E8" w:rsidP="00AD34E8">
      <w:pPr>
        <w:spacing w:after="0" w:line="360" w:lineRule="auto"/>
        <w:rPr>
          <w:color w:val="224638"/>
        </w:rPr>
      </w:pPr>
      <w:r>
        <w:rPr>
          <w:color w:val="224638"/>
        </w:rPr>
        <w:t>D</w:t>
      </w:r>
      <w:r w:rsidR="00395F53" w:rsidRPr="00F76208">
        <w:rPr>
          <w:color w:val="224638"/>
        </w:rPr>
        <w:t>iplôme</w:t>
      </w:r>
      <w:r>
        <w:rPr>
          <w:color w:val="224638"/>
        </w:rPr>
        <w:t>(s)</w:t>
      </w:r>
      <w:r w:rsidR="00775EA8">
        <w:rPr>
          <w:color w:val="224638"/>
        </w:rPr>
        <w:t>/Certificat(s)</w:t>
      </w:r>
      <w:r w:rsidR="00395F53" w:rsidRPr="00F76208">
        <w:rPr>
          <w:color w:val="224638"/>
        </w:rPr>
        <w:t xml:space="preserve"> : _______________</w:t>
      </w:r>
      <w:r w:rsidR="00775EA8">
        <w:rPr>
          <w:color w:val="224638"/>
        </w:rPr>
        <w:t>__</w:t>
      </w:r>
      <w:r w:rsidR="00395F53" w:rsidRPr="00F76208">
        <w:rPr>
          <w:color w:val="224638"/>
        </w:rPr>
        <w:t>_______</w:t>
      </w:r>
      <w:r w:rsidR="00F76208">
        <w:rPr>
          <w:color w:val="224638"/>
        </w:rPr>
        <w:t>____</w:t>
      </w:r>
      <w:r w:rsidRPr="00F76208">
        <w:rPr>
          <w:color w:val="224638"/>
        </w:rPr>
        <w:t>_______________________________________</w:t>
      </w:r>
      <w:r>
        <w:rPr>
          <w:color w:val="224638"/>
        </w:rPr>
        <w:t>________</w:t>
      </w:r>
    </w:p>
    <w:p w14:paraId="402F4900" w14:textId="77777777" w:rsidR="00AD34E8" w:rsidRPr="00F76208" w:rsidRDefault="00AD34E8" w:rsidP="00AD34E8">
      <w:pPr>
        <w:spacing w:after="0" w:line="360" w:lineRule="auto"/>
      </w:pPr>
    </w:p>
    <w:p w14:paraId="71106E6C" w14:textId="77777777" w:rsidR="00F22C0F" w:rsidRDefault="00395F53" w:rsidP="00AD34E8">
      <w:pPr>
        <w:spacing w:after="0" w:line="360" w:lineRule="auto"/>
        <w:rPr>
          <w:color w:val="224638"/>
        </w:rPr>
      </w:pPr>
      <w:r w:rsidRPr="00F76208">
        <w:rPr>
          <w:color w:val="224638"/>
        </w:rPr>
        <w:t xml:space="preserve">Formations </w:t>
      </w:r>
      <w:r w:rsidR="00775EA8">
        <w:rPr>
          <w:color w:val="224638"/>
        </w:rPr>
        <w:t xml:space="preserve">réalisées </w:t>
      </w:r>
      <w:r w:rsidRPr="00F76208">
        <w:rPr>
          <w:color w:val="224638"/>
        </w:rPr>
        <w:t>en lien avec les animaux : ______________________</w:t>
      </w:r>
      <w:r w:rsidR="00F76208" w:rsidRPr="00F76208">
        <w:rPr>
          <w:color w:val="224638"/>
        </w:rPr>
        <w:t>______________________</w:t>
      </w:r>
      <w:r w:rsidR="00775EA8">
        <w:rPr>
          <w:color w:val="224638"/>
        </w:rPr>
        <w:t>_</w:t>
      </w:r>
      <w:r w:rsidR="00F76208" w:rsidRPr="00F76208">
        <w:rPr>
          <w:color w:val="224638"/>
        </w:rPr>
        <w:t>______</w:t>
      </w:r>
    </w:p>
    <w:p w14:paraId="1E6914E1" w14:textId="77777777" w:rsidR="00AD34E8" w:rsidRDefault="00AD34E8" w:rsidP="00AD34E8">
      <w:pPr>
        <w:spacing w:after="0" w:line="360" w:lineRule="auto"/>
        <w:rPr>
          <w:color w:val="224638"/>
        </w:rPr>
      </w:pPr>
      <w:r w:rsidRPr="00F76208">
        <w:rPr>
          <w:color w:val="224638"/>
        </w:rPr>
        <w:t>_________________________________________________________________________________________________________</w:t>
      </w:r>
    </w:p>
    <w:p w14:paraId="4052C817" w14:textId="77777777" w:rsidR="00AD34E8" w:rsidRDefault="00AD34E8" w:rsidP="00AD34E8">
      <w:pPr>
        <w:spacing w:after="0" w:line="360" w:lineRule="auto"/>
        <w:rPr>
          <w:color w:val="224638"/>
        </w:rPr>
      </w:pPr>
    </w:p>
    <w:p w14:paraId="42D2F7B7" w14:textId="77777777" w:rsidR="00F22C0F" w:rsidRPr="00F76208" w:rsidRDefault="00F76208" w:rsidP="00AD34E8">
      <w:pPr>
        <w:spacing w:after="0" w:line="360" w:lineRule="auto"/>
      </w:pPr>
      <w:r w:rsidRPr="00F76208">
        <w:rPr>
          <w:color w:val="224638"/>
        </w:rPr>
        <w:t>Expérience</w:t>
      </w:r>
      <w:r w:rsidR="00AD34E8">
        <w:rPr>
          <w:color w:val="224638"/>
        </w:rPr>
        <w:t>s</w:t>
      </w:r>
      <w:r w:rsidRPr="00F76208">
        <w:rPr>
          <w:color w:val="224638"/>
        </w:rPr>
        <w:t xml:space="preserve"> avec les animaux : _____________________________________________________________________</w:t>
      </w:r>
    </w:p>
    <w:p w14:paraId="32760DC2" w14:textId="77777777" w:rsidR="00AD34E8" w:rsidRDefault="00395F53" w:rsidP="00AD34E8">
      <w:pPr>
        <w:spacing w:after="0" w:line="360" w:lineRule="auto"/>
        <w:rPr>
          <w:color w:val="224638"/>
        </w:rPr>
      </w:pPr>
      <w:r w:rsidRPr="00F76208">
        <w:rPr>
          <w:color w:val="224638"/>
        </w:rPr>
        <w:t>_________________________________________________________</w:t>
      </w:r>
      <w:r w:rsidR="00F76208" w:rsidRPr="00F76208">
        <w:rPr>
          <w:color w:val="224638"/>
        </w:rPr>
        <w:t>________________________________________________</w:t>
      </w:r>
      <w:r w:rsidR="00AD34E8" w:rsidRPr="00F76208">
        <w:rPr>
          <w:color w:val="224638"/>
        </w:rPr>
        <w:t>_________________________________________________________________________________________________________</w:t>
      </w:r>
    </w:p>
    <w:p w14:paraId="75FAA2FD" w14:textId="77777777" w:rsidR="00F76208" w:rsidRDefault="00F76208" w:rsidP="00AD34E8">
      <w:pPr>
        <w:spacing w:after="0" w:line="360" w:lineRule="auto"/>
        <w:rPr>
          <w:color w:val="224638"/>
        </w:rPr>
      </w:pPr>
    </w:p>
    <w:p w14:paraId="2B4BCA1C" w14:textId="77777777" w:rsidR="00F76208" w:rsidRDefault="00F76208" w:rsidP="00AD34E8">
      <w:pPr>
        <w:spacing w:after="0" w:line="360" w:lineRule="auto"/>
        <w:rPr>
          <w:color w:val="224638"/>
        </w:rPr>
      </w:pPr>
    </w:p>
    <w:p w14:paraId="159553F0" w14:textId="77777777" w:rsidR="00F22C0F" w:rsidRPr="00F76208" w:rsidRDefault="00395F53" w:rsidP="00AD34E8">
      <w:pPr>
        <w:pStyle w:val="Titre2"/>
        <w:spacing w:before="0" w:line="360" w:lineRule="auto"/>
      </w:pPr>
      <w:r w:rsidRPr="00F76208">
        <w:rPr>
          <w:color w:val="C9A227"/>
        </w:rPr>
        <w:t>5. PROJET</w:t>
      </w:r>
      <w:r w:rsidR="00AD34E8">
        <w:rPr>
          <w:color w:val="C9A227"/>
        </w:rPr>
        <w:t>(S)</w:t>
      </w:r>
      <w:r w:rsidRPr="00F76208">
        <w:rPr>
          <w:color w:val="C9A227"/>
        </w:rPr>
        <w:t xml:space="preserve"> PROFESSIONNEL</w:t>
      </w:r>
      <w:r w:rsidR="00AD34E8">
        <w:rPr>
          <w:color w:val="C9A227"/>
        </w:rPr>
        <w:t>(S)</w:t>
      </w:r>
    </w:p>
    <w:p w14:paraId="1CC1E7C5" w14:textId="77777777" w:rsidR="00F22C0F" w:rsidRPr="00F76208" w:rsidRDefault="00395F53" w:rsidP="00AD34E8">
      <w:pPr>
        <w:spacing w:after="0" w:line="360" w:lineRule="auto"/>
      </w:pPr>
      <w:r w:rsidRPr="00F76208">
        <w:rPr>
          <w:color w:val="224638"/>
        </w:rPr>
        <w:t>Motivations : ___________</w:t>
      </w:r>
      <w:r w:rsidR="00AD34E8">
        <w:rPr>
          <w:color w:val="224638"/>
        </w:rPr>
        <w:t>______________________________________________________________________________</w:t>
      </w:r>
    </w:p>
    <w:p w14:paraId="55E53247" w14:textId="77777777" w:rsidR="00F22C0F" w:rsidRPr="00F76208" w:rsidRDefault="00395F53" w:rsidP="00AD34E8">
      <w:pPr>
        <w:spacing w:after="0" w:line="360" w:lineRule="auto"/>
      </w:pPr>
      <w:r w:rsidRPr="00F76208">
        <w:rPr>
          <w:color w:val="224638"/>
        </w:rPr>
        <w:t>_________________________________________________________</w:t>
      </w:r>
      <w:r w:rsidR="00AD34E8">
        <w:rPr>
          <w:color w:val="224638"/>
        </w:rPr>
        <w:t>________________________________________________</w:t>
      </w:r>
    </w:p>
    <w:p w14:paraId="54C6B318" w14:textId="77777777" w:rsidR="00F22C0F" w:rsidRPr="00F76208" w:rsidRDefault="00395F53" w:rsidP="00AD34E8">
      <w:pPr>
        <w:spacing w:after="0" w:line="360" w:lineRule="auto"/>
      </w:pPr>
      <w:r w:rsidRPr="00F76208">
        <w:rPr>
          <w:color w:val="224638"/>
        </w:rPr>
        <w:t>Projet</w:t>
      </w:r>
      <w:r w:rsidR="00775EA8">
        <w:rPr>
          <w:color w:val="224638"/>
        </w:rPr>
        <w:t>(s)</w:t>
      </w:r>
      <w:r w:rsidRPr="00F76208">
        <w:rPr>
          <w:color w:val="224638"/>
        </w:rPr>
        <w:t xml:space="preserve"> </w:t>
      </w:r>
      <w:r w:rsidR="00AD34E8">
        <w:rPr>
          <w:color w:val="224638"/>
        </w:rPr>
        <w:t xml:space="preserve">pendant et/ou </w:t>
      </w:r>
      <w:r w:rsidR="00775EA8">
        <w:rPr>
          <w:color w:val="224638"/>
        </w:rPr>
        <w:t>suite à</w:t>
      </w:r>
      <w:r w:rsidR="00AD34E8">
        <w:rPr>
          <w:color w:val="224638"/>
        </w:rPr>
        <w:t xml:space="preserve"> la</w:t>
      </w:r>
      <w:r w:rsidRPr="00F76208">
        <w:rPr>
          <w:color w:val="224638"/>
        </w:rPr>
        <w:t xml:space="preserve"> formation : _________</w:t>
      </w:r>
      <w:r w:rsidR="00AD34E8" w:rsidRPr="00F76208">
        <w:rPr>
          <w:color w:val="224638"/>
        </w:rPr>
        <w:t>_________________________________</w:t>
      </w:r>
      <w:r w:rsidR="00AD34E8">
        <w:rPr>
          <w:color w:val="224638"/>
        </w:rPr>
        <w:t>___________</w:t>
      </w:r>
    </w:p>
    <w:p w14:paraId="65D18FBC" w14:textId="77777777" w:rsidR="00AD34E8" w:rsidRPr="00F76208" w:rsidRDefault="00395F53" w:rsidP="00AD34E8">
      <w:pPr>
        <w:spacing w:after="0" w:line="360" w:lineRule="auto"/>
      </w:pPr>
      <w:r w:rsidRPr="00F76208">
        <w:rPr>
          <w:color w:val="224638"/>
        </w:rPr>
        <w:t>_________________________________________________________</w:t>
      </w:r>
      <w:r w:rsidR="00AD34E8" w:rsidRPr="00F76208">
        <w:rPr>
          <w:color w:val="224638"/>
        </w:rPr>
        <w:t>_________________________________</w:t>
      </w:r>
      <w:r w:rsidR="00AD34E8">
        <w:rPr>
          <w:color w:val="224638"/>
        </w:rPr>
        <w:t>_______________</w:t>
      </w:r>
      <w:r w:rsidR="00AD34E8" w:rsidRPr="00F76208">
        <w:rPr>
          <w:color w:val="224638"/>
        </w:rPr>
        <w:t>__________________________________________________________________________________________</w:t>
      </w:r>
      <w:r w:rsidR="00AD34E8">
        <w:rPr>
          <w:color w:val="224638"/>
        </w:rPr>
        <w:t>_______________</w:t>
      </w:r>
    </w:p>
    <w:p w14:paraId="33840E57" w14:textId="77777777" w:rsidR="00F22C0F" w:rsidRPr="00F76208" w:rsidRDefault="00F22C0F" w:rsidP="00AD34E8">
      <w:pPr>
        <w:spacing w:after="0" w:line="360" w:lineRule="auto"/>
      </w:pPr>
    </w:p>
    <w:p w14:paraId="6C2700C9" w14:textId="77777777" w:rsidR="00F22C0F" w:rsidRPr="00F76208" w:rsidRDefault="00395F53" w:rsidP="00AD34E8">
      <w:pPr>
        <w:pStyle w:val="Titre2"/>
        <w:spacing w:before="0" w:line="360" w:lineRule="auto"/>
      </w:pPr>
      <w:r w:rsidRPr="00F76208">
        <w:rPr>
          <w:color w:val="C9A227"/>
        </w:rPr>
        <w:t>6. FINANCEMENT</w:t>
      </w:r>
    </w:p>
    <w:p w14:paraId="2F560F6A" w14:textId="77777777" w:rsidR="00F22C0F" w:rsidRDefault="00395F53" w:rsidP="00AD34E8">
      <w:pPr>
        <w:spacing w:after="0" w:line="360" w:lineRule="auto"/>
        <w:rPr>
          <w:color w:val="224638"/>
        </w:rPr>
      </w:pPr>
      <w:r w:rsidRPr="00F76208">
        <w:rPr>
          <w:color w:val="224638"/>
        </w:rPr>
        <w:t>☐</w:t>
      </w:r>
      <w:r w:rsidR="00775EA8">
        <w:rPr>
          <w:color w:val="224638"/>
        </w:rPr>
        <w:t xml:space="preserve"> </w:t>
      </w:r>
      <w:r w:rsidRPr="00F76208">
        <w:rPr>
          <w:color w:val="224638"/>
        </w:rPr>
        <w:t xml:space="preserve"> </w:t>
      </w:r>
      <w:r w:rsidR="00775EA8">
        <w:rPr>
          <w:color w:val="224638"/>
        </w:rPr>
        <w:t xml:space="preserve">Paiement en 1 fois </w:t>
      </w:r>
      <w:r w:rsidR="00775EA8">
        <w:rPr>
          <w:color w:val="224638"/>
        </w:rPr>
        <w:tab/>
        <w:t xml:space="preserve">       </w:t>
      </w:r>
      <w:r w:rsidRPr="00F76208">
        <w:rPr>
          <w:color w:val="224638"/>
        </w:rPr>
        <w:t xml:space="preserve">☐ </w:t>
      </w:r>
      <w:r w:rsidR="00775EA8">
        <w:rPr>
          <w:color w:val="224638"/>
        </w:rPr>
        <w:t xml:space="preserve"> Paiement en 3 fois sans frais (Septembre/Novembre/Janvier)</w:t>
      </w:r>
    </w:p>
    <w:p w14:paraId="139A1AAB" w14:textId="77777777" w:rsidR="00AD34E8" w:rsidRPr="00F76208" w:rsidRDefault="00AD34E8" w:rsidP="00AD34E8">
      <w:pPr>
        <w:spacing w:after="0" w:line="360" w:lineRule="auto"/>
      </w:pPr>
    </w:p>
    <w:p w14:paraId="19FDDEB3" w14:textId="77777777" w:rsidR="00F22C0F" w:rsidRPr="00F76208" w:rsidRDefault="00395F53" w:rsidP="00AD34E8">
      <w:pPr>
        <w:pStyle w:val="Titre2"/>
        <w:spacing w:before="0" w:line="360" w:lineRule="auto"/>
      </w:pPr>
      <w:r w:rsidRPr="00F76208">
        <w:rPr>
          <w:color w:val="C9A227"/>
        </w:rPr>
        <w:t>7. BESOINS SPÉCIFIQUES (</w:t>
      </w:r>
      <w:r w:rsidR="00775EA8">
        <w:rPr>
          <w:color w:val="C9A227"/>
        </w:rPr>
        <w:t xml:space="preserve">SITUATION DE </w:t>
      </w:r>
      <w:r w:rsidRPr="00F76208">
        <w:rPr>
          <w:color w:val="C9A227"/>
        </w:rPr>
        <w:t>HANDICAP)</w:t>
      </w:r>
    </w:p>
    <w:p w14:paraId="3B5544EE" w14:textId="77777777" w:rsidR="00F22C0F" w:rsidRPr="00F76208" w:rsidRDefault="00395F53" w:rsidP="00AD34E8">
      <w:pPr>
        <w:spacing w:after="0" w:line="360" w:lineRule="auto"/>
      </w:pPr>
      <w:r w:rsidRPr="00F76208">
        <w:rPr>
          <w:color w:val="224638"/>
        </w:rPr>
        <w:t>Aménagement</w:t>
      </w:r>
      <w:r w:rsidR="00775EA8">
        <w:rPr>
          <w:color w:val="224638"/>
        </w:rPr>
        <w:t>(s)</w:t>
      </w:r>
      <w:r w:rsidRPr="00F76208">
        <w:rPr>
          <w:color w:val="224638"/>
        </w:rPr>
        <w:t xml:space="preserve"> nécessaire</w:t>
      </w:r>
      <w:r w:rsidR="00775EA8">
        <w:rPr>
          <w:color w:val="224638"/>
        </w:rPr>
        <w:t>(s)</w:t>
      </w:r>
      <w:r w:rsidRPr="00F76208">
        <w:rPr>
          <w:color w:val="224638"/>
        </w:rPr>
        <w:t xml:space="preserve"> : </w:t>
      </w:r>
      <w:r w:rsidR="00775EA8">
        <w:rPr>
          <w:color w:val="224638"/>
        </w:rPr>
        <w:t xml:space="preserve">  </w:t>
      </w:r>
      <w:r w:rsidRPr="00F76208">
        <w:rPr>
          <w:color w:val="224638"/>
        </w:rPr>
        <w:t xml:space="preserve">☐ </w:t>
      </w:r>
      <w:r w:rsidR="00775EA8">
        <w:rPr>
          <w:color w:val="224638"/>
        </w:rPr>
        <w:t xml:space="preserve"> </w:t>
      </w:r>
      <w:r w:rsidRPr="00F76208">
        <w:rPr>
          <w:color w:val="224638"/>
        </w:rPr>
        <w:t xml:space="preserve">Oui </w:t>
      </w:r>
      <w:r w:rsidR="00775EA8">
        <w:rPr>
          <w:color w:val="224638"/>
        </w:rPr>
        <w:t xml:space="preserve">  </w:t>
      </w:r>
      <w:r w:rsidRPr="00F76208">
        <w:rPr>
          <w:color w:val="224638"/>
        </w:rPr>
        <w:t xml:space="preserve">☐ </w:t>
      </w:r>
      <w:r w:rsidR="00775EA8">
        <w:rPr>
          <w:color w:val="224638"/>
        </w:rPr>
        <w:t xml:space="preserve"> </w:t>
      </w:r>
      <w:r w:rsidRPr="00F76208">
        <w:rPr>
          <w:color w:val="224638"/>
        </w:rPr>
        <w:t>Non</w:t>
      </w:r>
    </w:p>
    <w:p w14:paraId="51423860" w14:textId="77777777" w:rsidR="00F22C0F" w:rsidRDefault="00395F53" w:rsidP="00AD34E8">
      <w:pPr>
        <w:spacing w:after="0" w:line="360" w:lineRule="auto"/>
        <w:rPr>
          <w:color w:val="224638"/>
        </w:rPr>
      </w:pPr>
      <w:r w:rsidRPr="00F76208">
        <w:rPr>
          <w:color w:val="224638"/>
        </w:rPr>
        <w:t>Précisions : ___________________________________________</w:t>
      </w:r>
      <w:r w:rsidR="00775EA8" w:rsidRPr="00F76208">
        <w:rPr>
          <w:color w:val="224638"/>
        </w:rPr>
        <w:t>____________________________________________</w:t>
      </w:r>
      <w:r w:rsidRPr="00F76208">
        <w:rPr>
          <w:color w:val="224638"/>
        </w:rPr>
        <w:t>_</w:t>
      </w:r>
      <w:r w:rsidR="00775EA8">
        <w:rPr>
          <w:color w:val="224638"/>
        </w:rPr>
        <w:t>____</w:t>
      </w:r>
    </w:p>
    <w:p w14:paraId="74799383" w14:textId="77777777" w:rsidR="00AD34E8" w:rsidRPr="00F76208" w:rsidRDefault="00AD34E8" w:rsidP="00AD34E8">
      <w:pPr>
        <w:spacing w:after="0" w:line="360" w:lineRule="auto"/>
      </w:pPr>
    </w:p>
    <w:p w14:paraId="771D0438" w14:textId="77777777" w:rsidR="00F22C0F" w:rsidRPr="00F76208" w:rsidRDefault="00395F53" w:rsidP="00AD34E8">
      <w:pPr>
        <w:pStyle w:val="Titre2"/>
        <w:spacing w:before="0" w:line="360" w:lineRule="auto"/>
      </w:pPr>
      <w:r w:rsidRPr="00F76208">
        <w:rPr>
          <w:color w:val="C9A227"/>
        </w:rPr>
        <w:t>8. PIÈCES À JOINDRE</w:t>
      </w:r>
    </w:p>
    <w:p w14:paraId="2F37CD75" w14:textId="77777777" w:rsidR="00F22C0F" w:rsidRDefault="00395F53" w:rsidP="00AD34E8">
      <w:pPr>
        <w:spacing w:after="0" w:line="360" w:lineRule="auto"/>
        <w:rPr>
          <w:color w:val="224638"/>
        </w:rPr>
      </w:pPr>
      <w:r w:rsidRPr="00F76208">
        <w:rPr>
          <w:color w:val="224638"/>
        </w:rPr>
        <w:t xml:space="preserve">☐ </w:t>
      </w:r>
      <w:r w:rsidR="00775EA8">
        <w:rPr>
          <w:color w:val="224638"/>
        </w:rPr>
        <w:t xml:space="preserve"> </w:t>
      </w:r>
      <w:r w:rsidRPr="00F76208">
        <w:rPr>
          <w:color w:val="224638"/>
        </w:rPr>
        <w:t xml:space="preserve">CV  </w:t>
      </w:r>
      <w:r w:rsidR="00775EA8">
        <w:rPr>
          <w:color w:val="224638"/>
        </w:rPr>
        <w:t xml:space="preserve">    </w:t>
      </w:r>
      <w:r w:rsidRPr="00F76208">
        <w:rPr>
          <w:color w:val="224638"/>
        </w:rPr>
        <w:t xml:space="preserve"> ☐ </w:t>
      </w:r>
      <w:r w:rsidR="00775EA8">
        <w:rPr>
          <w:color w:val="224638"/>
        </w:rPr>
        <w:t xml:space="preserve"> </w:t>
      </w:r>
      <w:r w:rsidRPr="00F76208">
        <w:rPr>
          <w:color w:val="224638"/>
        </w:rPr>
        <w:t xml:space="preserve">Lettre de motivation   </w:t>
      </w:r>
      <w:r w:rsidR="00775EA8">
        <w:rPr>
          <w:color w:val="224638"/>
        </w:rPr>
        <w:t xml:space="preserve">    </w:t>
      </w:r>
      <w:r w:rsidRPr="00F76208">
        <w:rPr>
          <w:color w:val="224638"/>
        </w:rPr>
        <w:t xml:space="preserve">☐ </w:t>
      </w:r>
      <w:r w:rsidR="00775EA8">
        <w:rPr>
          <w:color w:val="224638"/>
        </w:rPr>
        <w:t xml:space="preserve"> </w:t>
      </w:r>
      <w:r w:rsidRPr="00F76208">
        <w:rPr>
          <w:color w:val="224638"/>
        </w:rPr>
        <w:t>Diplôme</w:t>
      </w:r>
      <w:r w:rsidR="00AD34E8">
        <w:rPr>
          <w:color w:val="224638"/>
        </w:rPr>
        <w:t>(s)</w:t>
      </w:r>
      <w:r w:rsidR="00775EA8">
        <w:rPr>
          <w:color w:val="224638"/>
        </w:rPr>
        <w:t xml:space="preserve">/Certificat(s)       </w:t>
      </w:r>
      <w:r w:rsidR="00775EA8" w:rsidRPr="00F76208">
        <w:rPr>
          <w:color w:val="224638"/>
        </w:rPr>
        <w:t xml:space="preserve">☐ </w:t>
      </w:r>
      <w:r w:rsidR="00775EA8">
        <w:rPr>
          <w:color w:val="224638"/>
        </w:rPr>
        <w:t xml:space="preserve"> </w:t>
      </w:r>
      <w:r w:rsidR="00775EA8" w:rsidRPr="00F76208">
        <w:rPr>
          <w:color w:val="224638"/>
        </w:rPr>
        <w:t xml:space="preserve">Pièce d’identité   </w:t>
      </w:r>
    </w:p>
    <w:p w14:paraId="0AD1D7C0" w14:textId="77777777" w:rsidR="00AD34E8" w:rsidRPr="00F76208" w:rsidRDefault="00AD34E8" w:rsidP="00AD34E8">
      <w:pPr>
        <w:spacing w:after="0" w:line="360" w:lineRule="auto"/>
      </w:pPr>
    </w:p>
    <w:p w14:paraId="2F4E96D9" w14:textId="77777777" w:rsidR="00F22C0F" w:rsidRPr="00F76208" w:rsidRDefault="00395F53" w:rsidP="00AD34E8">
      <w:pPr>
        <w:pStyle w:val="Titre2"/>
        <w:spacing w:before="0" w:line="360" w:lineRule="auto"/>
      </w:pPr>
      <w:r w:rsidRPr="00F76208">
        <w:rPr>
          <w:color w:val="C9A227"/>
        </w:rPr>
        <w:t>PROTECTION DES DONNÉES – RGPD</w:t>
      </w:r>
    </w:p>
    <w:p w14:paraId="74FDE236" w14:textId="77777777" w:rsidR="00F22C0F" w:rsidRPr="00F76208" w:rsidRDefault="00395F53" w:rsidP="00775EA8">
      <w:pPr>
        <w:spacing w:after="0"/>
        <w:jc w:val="both"/>
      </w:pPr>
      <w:r w:rsidRPr="00F76208">
        <w:rPr>
          <w:color w:val="224638"/>
        </w:rPr>
        <w:t>Les informations recueillies font l’objet d’un traitement par l’IFMA dans le cadre de l’étude des candidatures et du suivi administratif des apprenants. Les données sont conservées conformément aux obligations légales des organismes de formation. Conformément au RGPD, vous disposez d’un droit d’accès, de rectification et de suppression de vos données en adressant votre demande à l’IFMA.</w:t>
      </w:r>
    </w:p>
    <w:p w14:paraId="4ADC3A96" w14:textId="77777777" w:rsidR="00775EA8" w:rsidRDefault="00775EA8" w:rsidP="00775EA8">
      <w:pPr>
        <w:spacing w:after="0" w:line="360" w:lineRule="auto"/>
      </w:pPr>
    </w:p>
    <w:p w14:paraId="7DC067D4" w14:textId="72CE5F1F" w:rsidR="00F22C0F" w:rsidRPr="00F76208" w:rsidRDefault="00395F53" w:rsidP="00775EA8">
      <w:pPr>
        <w:spacing w:after="0" w:line="360" w:lineRule="auto"/>
      </w:pPr>
      <w:r w:rsidRPr="00F76208">
        <w:t xml:space="preserve">Je certifie </w:t>
      </w:r>
      <w:r w:rsidR="00D93D6C">
        <w:t xml:space="preserve">sur l’honneur </w:t>
      </w:r>
      <w:r w:rsidR="00AD34E8">
        <w:t>que</w:t>
      </w:r>
      <w:r w:rsidRPr="00F76208">
        <w:t xml:space="preserve"> les informations fournies</w:t>
      </w:r>
      <w:r w:rsidR="00AD34E8">
        <w:t xml:space="preserve"> sont exactes</w:t>
      </w:r>
      <w:r w:rsidRPr="00F76208">
        <w:t>.</w:t>
      </w:r>
    </w:p>
    <w:p w14:paraId="595C19F7" w14:textId="77777777" w:rsidR="00F22C0F" w:rsidRPr="00F76208" w:rsidRDefault="00395F53" w:rsidP="00775EA8">
      <w:pPr>
        <w:spacing w:after="0" w:line="360" w:lineRule="auto"/>
      </w:pPr>
      <w:r w:rsidRPr="00F76208">
        <w:t>Fait à : ___________________________</w:t>
      </w:r>
    </w:p>
    <w:p w14:paraId="3D5CEC93" w14:textId="77777777" w:rsidR="00F22C0F" w:rsidRPr="00F76208" w:rsidRDefault="00395F53" w:rsidP="00775EA8">
      <w:pPr>
        <w:spacing w:after="0" w:line="360" w:lineRule="auto"/>
      </w:pPr>
      <w:r w:rsidRPr="00F76208">
        <w:t>Le : ____ / ____ / ______</w:t>
      </w:r>
    </w:p>
    <w:p w14:paraId="30ECA70F" w14:textId="77777777" w:rsidR="00F22C0F" w:rsidRPr="00F76208" w:rsidRDefault="00F76208" w:rsidP="00775EA8">
      <w:pPr>
        <w:spacing w:after="0" w:line="360" w:lineRule="auto"/>
      </w:pPr>
      <w:r w:rsidRPr="00F76208">
        <w:t xml:space="preserve">Signature : </w:t>
      </w:r>
    </w:p>
    <w:sectPr w:rsidR="00F22C0F" w:rsidRPr="00F76208"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98AA1" w14:textId="77777777" w:rsidR="00B60D00" w:rsidRDefault="00B60D00">
      <w:pPr>
        <w:spacing w:after="0" w:line="240" w:lineRule="auto"/>
      </w:pPr>
      <w:r>
        <w:separator/>
      </w:r>
    </w:p>
  </w:endnote>
  <w:endnote w:type="continuationSeparator" w:id="0">
    <w:p w14:paraId="37B77738" w14:textId="77777777" w:rsidR="00B60D00" w:rsidRDefault="00B60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0326F" w14:textId="77777777" w:rsidR="00F22C0F" w:rsidRDefault="00395F53">
    <w:pPr>
      <w:pStyle w:val="Pieddepage"/>
      <w:jc w:val="center"/>
    </w:pPr>
    <w:r>
      <w:rPr>
        <w:color w:val="C2B280"/>
        <w:sz w:val="18"/>
      </w:rPr>
      <w:t xml:space="preserve">IFMA | Saumur | www.ifma-massage-animalier.fr | Page </w:t>
    </w:r>
    <w:r>
      <w:rPr>
        <w:color w:val="C2B280"/>
        <w:sz w:val="18"/>
      </w:rPr>
      <w:fldChar w:fldCharType="begin"/>
    </w:r>
    <w:r>
      <w:rPr>
        <w:color w:val="C2B280"/>
        <w:sz w:val="18"/>
      </w:rPr>
      <w:instrText>PAGE</w:instrText>
    </w:r>
    <w:r>
      <w:rPr>
        <w:color w:val="C2B280"/>
        <w:sz w:val="18"/>
      </w:rPr>
      <w:fldChar w:fldCharType="separate"/>
    </w:r>
    <w:r w:rsidR="008743AC">
      <w:rPr>
        <w:noProof/>
        <w:color w:val="C2B280"/>
        <w:sz w:val="18"/>
      </w:rPr>
      <w:t>2</w:t>
    </w:r>
    <w:r>
      <w:rPr>
        <w:color w:val="C2B2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FECE9" w14:textId="77777777" w:rsidR="00B60D00" w:rsidRDefault="00B60D00">
      <w:pPr>
        <w:spacing w:after="0" w:line="240" w:lineRule="auto"/>
      </w:pPr>
      <w:r>
        <w:separator/>
      </w:r>
    </w:p>
  </w:footnote>
  <w:footnote w:type="continuationSeparator" w:id="0">
    <w:p w14:paraId="26264A45" w14:textId="77777777" w:rsidR="00B60D00" w:rsidRDefault="00B60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9E7D" w14:textId="77777777" w:rsidR="00F22C0F" w:rsidRPr="00AD34E8" w:rsidRDefault="00AD34E8">
    <w:pPr>
      <w:pStyle w:val="En-tte"/>
      <w:jc w:val="center"/>
      <w:rPr>
        <w:rFonts w:ascii="Montserrat" w:hAnsi="Montserrat"/>
        <w:color w:val="224638"/>
        <w:sz w:val="20"/>
      </w:rPr>
    </w:pPr>
    <w:r w:rsidRPr="00AD34E8">
      <w:rPr>
        <w:rFonts w:ascii="Montserrat" w:hAnsi="Montserrat"/>
        <w:b/>
        <w:noProof/>
        <w:color w:val="224638"/>
        <w:sz w:val="44"/>
        <w:lang w:eastAsia="fr-FR"/>
      </w:rPr>
      <w:drawing>
        <wp:anchor distT="0" distB="0" distL="114300" distR="114300" simplePos="0" relativeHeight="251667968" behindDoc="0" locked="0" layoutInCell="1" allowOverlap="1" wp14:anchorId="2700D06E" wp14:editId="6548D40A">
          <wp:simplePos x="0" y="0"/>
          <wp:positionH relativeFrom="column">
            <wp:posOffset>-647700</wp:posOffset>
          </wp:positionH>
          <wp:positionV relativeFrom="paragraph">
            <wp:posOffset>-85725</wp:posOffset>
          </wp:positionV>
          <wp:extent cx="714375" cy="898525"/>
          <wp:effectExtent l="0" t="0" r="9525" b="0"/>
          <wp:wrapSquare wrapText="bothSides"/>
          <wp:docPr id="2" name="Image 2" descr="C:\Users\Skitos\Desktop\IFMA\Communication\Logo et visuels\logoIF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kitos\Desktop\IFMA\Communication\Logo et visuels\logoIFMA.png"/>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0" b="99467" l="223" r="98884">
                                <a14:foregroundMark x1="18750" y1="83481" x2="36830" y2="90231"/>
                                <a14:foregroundMark x1="25000" y1="85080" x2="49554" y2="97513"/>
                                <a14:foregroundMark x1="49554" y1="97513" x2="76786" y2="97513"/>
                                <a14:foregroundMark x1="50223" y1="90409" x2="50223" y2="90409"/>
                                <a14:foregroundMark x1="64063" y1="94316" x2="64063" y2="94316"/>
                                <a14:foregroundMark x1="42411" y1="88455" x2="60045" y2="93606"/>
                                <a14:foregroundMark x1="59821" y1="93250" x2="92857" y2="88099"/>
                                <a14:foregroundMark x1="95089" y1="89876" x2="73438" y2="97513"/>
                                <a14:foregroundMark x1="18304" y1="83659" x2="48661" y2="88988"/>
                                <a14:foregroundMark x1="20089" y1="75844" x2="25000" y2="76732"/>
                                <a14:foregroundMark x1="42411" y1="93783" x2="48661" y2="98046"/>
                                <a14:foregroundMark x1="58036" y1="97513" x2="50893" y2="98934"/>
                                <a14:backgroundMark x1="35938" y1="95737" x2="35938" y2="95737"/>
                                <a14:backgroundMark x1="39955" y1="95204" x2="39955" y2="95204"/>
                                <a14:backgroundMark x1="42857" y1="97691" x2="42857" y2="97691"/>
                                <a14:backgroundMark x1="46205" y1="98224" x2="46205" y2="98224"/>
                                <a14:backgroundMark x1="51563" y1="99112" x2="51563" y2="9911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14375" cy="898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5F53" w:rsidRPr="00AD34E8">
      <w:rPr>
        <w:rFonts w:ascii="Montserrat" w:hAnsi="Montserrat"/>
        <w:b/>
        <w:color w:val="224638"/>
        <w:sz w:val="44"/>
      </w:rPr>
      <w:t>IFMA</w:t>
    </w:r>
    <w:r w:rsidRPr="00AD34E8">
      <w:rPr>
        <w:rFonts w:ascii="Montserrat" w:hAnsi="Montserrat"/>
        <w:b/>
        <w:color w:val="224638"/>
        <w:sz w:val="24"/>
      </w:rPr>
      <w:t xml:space="preserve"> Saumur</w:t>
    </w:r>
    <w:r w:rsidR="00395F53" w:rsidRPr="00AD34E8">
      <w:rPr>
        <w:rFonts w:ascii="Montserrat" w:hAnsi="Montserrat"/>
        <w:b/>
        <w:color w:val="224638"/>
        <w:sz w:val="44"/>
      </w:rPr>
      <w:br/>
    </w:r>
    <w:r w:rsidR="00395F53" w:rsidRPr="00AD34E8">
      <w:rPr>
        <w:rFonts w:ascii="Montserrat" w:hAnsi="Montserrat"/>
        <w:b/>
        <w:color w:val="224638"/>
        <w:sz w:val="24"/>
      </w:rPr>
      <w:t>I</w:t>
    </w:r>
    <w:r w:rsidR="00395F53" w:rsidRPr="00AD34E8">
      <w:rPr>
        <w:rFonts w:ascii="Montserrat" w:hAnsi="Montserrat"/>
        <w:color w:val="224638"/>
        <w:sz w:val="24"/>
      </w:rPr>
      <w:t xml:space="preserve">nstitut de </w:t>
    </w:r>
    <w:r w:rsidR="00395F53" w:rsidRPr="00AD34E8">
      <w:rPr>
        <w:rFonts w:ascii="Montserrat" w:hAnsi="Montserrat"/>
        <w:b/>
        <w:color w:val="224638"/>
        <w:sz w:val="24"/>
      </w:rPr>
      <w:t>F</w:t>
    </w:r>
    <w:r w:rsidR="00395F53" w:rsidRPr="00AD34E8">
      <w:rPr>
        <w:rFonts w:ascii="Montserrat" w:hAnsi="Montserrat"/>
        <w:color w:val="224638"/>
        <w:sz w:val="24"/>
      </w:rPr>
      <w:t xml:space="preserve">ormation en </w:t>
    </w:r>
    <w:r w:rsidR="00395F53" w:rsidRPr="00AD34E8">
      <w:rPr>
        <w:rFonts w:ascii="Montserrat" w:hAnsi="Montserrat"/>
        <w:b/>
        <w:color w:val="224638"/>
        <w:sz w:val="24"/>
      </w:rPr>
      <w:t>M</w:t>
    </w:r>
    <w:r w:rsidR="00395F53" w:rsidRPr="00AD34E8">
      <w:rPr>
        <w:rFonts w:ascii="Montserrat" w:hAnsi="Montserrat"/>
        <w:color w:val="224638"/>
        <w:sz w:val="24"/>
      </w:rPr>
      <w:t xml:space="preserve">assage </w:t>
    </w:r>
    <w:r w:rsidR="00395F53" w:rsidRPr="00AD34E8">
      <w:rPr>
        <w:rFonts w:ascii="Montserrat" w:hAnsi="Montserrat"/>
        <w:b/>
        <w:color w:val="224638"/>
        <w:sz w:val="24"/>
      </w:rPr>
      <w:t>A</w:t>
    </w:r>
    <w:r w:rsidR="00395F53" w:rsidRPr="00AD34E8">
      <w:rPr>
        <w:rFonts w:ascii="Montserrat" w:hAnsi="Montserrat"/>
        <w:color w:val="224638"/>
        <w:sz w:val="24"/>
      </w:rPr>
      <w:t>nimalier</w:t>
    </w:r>
    <w:r w:rsidR="00395F53" w:rsidRPr="00AD34E8">
      <w:rPr>
        <w:rFonts w:ascii="Montserrat" w:hAnsi="Montserrat"/>
        <w:color w:val="C9A227"/>
        <w:sz w:val="24"/>
      </w:rPr>
      <w:br/>
    </w:r>
    <w:r w:rsidR="00395F53" w:rsidRPr="00AD34E8">
      <w:rPr>
        <w:rFonts w:ascii="Montserrat" w:hAnsi="Montserrat"/>
        <w:color w:val="C9A227"/>
        <w:sz w:val="18"/>
      </w:rPr>
      <w:t>École professionnelle</w:t>
    </w:r>
    <w:r w:rsidR="00F76208" w:rsidRPr="00AD34E8">
      <w:rPr>
        <w:rFonts w:ascii="Montserrat" w:hAnsi="Montserrat"/>
        <w:color w:val="C9A227"/>
        <w:sz w:val="18"/>
      </w:rPr>
      <w:t xml:space="preserve"> en massage animalier</w:t>
    </w:r>
    <w:r w:rsidR="00395F53" w:rsidRPr="00AD34E8">
      <w:rPr>
        <w:rFonts w:ascii="Montserrat" w:hAnsi="Montserrat"/>
        <w:color w:val="C9A227"/>
        <w:sz w:val="18"/>
      </w:rPr>
      <w:t xml:space="preserve"> – Saumur</w:t>
    </w:r>
  </w:p>
  <w:p w14:paraId="69CF0344" w14:textId="77777777" w:rsidR="00F76208" w:rsidRPr="00AD34E8" w:rsidRDefault="00F76208">
    <w:pPr>
      <w:pStyle w:val="En-tte"/>
      <w:jc w:val="center"/>
      <w:rPr>
        <w:rFonts w:ascii="Montserrat" w:hAnsi="Montserrat"/>
        <w:color w:val="224638"/>
        <w:sz w:val="20"/>
      </w:rPr>
    </w:pPr>
  </w:p>
  <w:p w14:paraId="45BD2A15" w14:textId="77777777" w:rsidR="00F76208" w:rsidRDefault="00F76208" w:rsidP="00F76208">
    <w:pPr>
      <w:pStyle w:val="Titre1"/>
      <w:spacing w:before="0"/>
      <w:jc w:val="center"/>
      <w:rPr>
        <w:rFonts w:ascii="Montserrat" w:hAnsi="Montserrat"/>
        <w:color w:val="224638"/>
        <w:sz w:val="24"/>
      </w:rPr>
    </w:pPr>
    <w:r w:rsidRPr="00AD34E8">
      <w:rPr>
        <w:rFonts w:ascii="Montserrat" w:hAnsi="Montserrat"/>
        <w:color w:val="224638"/>
        <w:sz w:val="24"/>
      </w:rPr>
      <w:t>FORMULAIRE DE CANDIDATURE – Rentrée septembre 2026</w:t>
    </w:r>
  </w:p>
  <w:p w14:paraId="0504546E" w14:textId="77777777" w:rsidR="00AD34E8" w:rsidRPr="00AD34E8" w:rsidRDefault="00AD34E8" w:rsidP="00AD34E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909341358">
    <w:abstractNumId w:val="8"/>
  </w:num>
  <w:num w:numId="2" w16cid:durableId="1114592082">
    <w:abstractNumId w:val="6"/>
  </w:num>
  <w:num w:numId="3" w16cid:durableId="1720278229">
    <w:abstractNumId w:val="5"/>
  </w:num>
  <w:num w:numId="4" w16cid:durableId="1143740895">
    <w:abstractNumId w:val="4"/>
  </w:num>
  <w:num w:numId="5" w16cid:durableId="1170947774">
    <w:abstractNumId w:val="7"/>
  </w:num>
  <w:num w:numId="6" w16cid:durableId="669213463">
    <w:abstractNumId w:val="3"/>
  </w:num>
  <w:num w:numId="7" w16cid:durableId="817114942">
    <w:abstractNumId w:val="2"/>
  </w:num>
  <w:num w:numId="8" w16cid:durableId="1363047872">
    <w:abstractNumId w:val="1"/>
  </w:num>
  <w:num w:numId="9" w16cid:durableId="1302425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452F2"/>
    <w:rsid w:val="0006063C"/>
    <w:rsid w:val="0015074B"/>
    <w:rsid w:val="0029639D"/>
    <w:rsid w:val="00326F90"/>
    <w:rsid w:val="0033045A"/>
    <w:rsid w:val="00395F53"/>
    <w:rsid w:val="006B00D9"/>
    <w:rsid w:val="00775EA8"/>
    <w:rsid w:val="008743AC"/>
    <w:rsid w:val="009724E1"/>
    <w:rsid w:val="00AA1D8D"/>
    <w:rsid w:val="00AD34E8"/>
    <w:rsid w:val="00B47730"/>
    <w:rsid w:val="00B60D00"/>
    <w:rsid w:val="00C50DCA"/>
    <w:rsid w:val="00CB0664"/>
    <w:rsid w:val="00CE4276"/>
    <w:rsid w:val="00D93D6C"/>
    <w:rsid w:val="00F22C0F"/>
    <w:rsid w:val="00F762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7C4BBF"/>
  <w14:defaultImageDpi w14:val="300"/>
  <w15:docId w15:val="{3DB4341F-85ED-41E3-95CA-376AE85A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4E8"/>
    <w:rPr>
      <w:lang w:val="fr-FR"/>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ED322-6098-490F-B2C9-5DE8F795F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471</Words>
  <Characters>2593</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personnel</cp:lastModifiedBy>
  <cp:revision>5</cp:revision>
  <dcterms:created xsi:type="dcterms:W3CDTF">2026-02-27T19:44:00Z</dcterms:created>
  <dcterms:modified xsi:type="dcterms:W3CDTF">2026-02-28T15:09:00Z</dcterms:modified>
  <cp:category/>
</cp:coreProperties>
</file>